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</w:pPr>
      <w:r>
        <w:rPr>
          <w:rFonts w:ascii="Calibri" w:hAnsi="Calibri" w:eastAsia="Calibri" w:cs="Calibri"/>
          <w:b/>
          <w:color w:val="1C2E40"/>
          <w:sz w:val="47"/>
        </w:rPr>
        <w:t>MAHMOUD ATEF</w:t>
      </w:r>
    </w:p>
    <w:p>
      <w:pPr>
        <w:pStyle w:val="CVRole"/>
      </w:pPr>
      <w:r>
        <w:rPr>
          <w:rFonts w:ascii="Calibri" w:hAnsi="Calibri" w:eastAsia="Calibri" w:cs="Calibri"/>
          <w:color w:val="5D6972"/>
          <w:sz w:val="22"/>
        </w:rPr>
        <w:t>Web Developer  |  Full-Stack Focus</w:t>
      </w:r>
    </w:p>
    <w:p>
      <w:pPr>
        <w:pStyle w:val="CVContact"/>
      </w:pPr>
      <w:r>
        <w:rPr>
          <w:rFonts w:ascii="Calibri" w:hAnsi="Calibri" w:eastAsia="Calibri" w:cs="Calibri"/>
          <w:color w:val="26303B"/>
          <w:sz w:val="18"/>
        </w:rPr>
        <w:t xml:space="preserve">Cairo, Egypt  |  +20 155 350 2428  |  </w:t>
      </w:r>
      <w:hyperlink r:id="rId9">
        <w:r>
          <w:rPr>
            <w:rFonts w:ascii="Calibri" w:hAnsi="Calibri"/>
            <w:color w:val="334C65"/>
            <w:u w:val="single"/>
            <w:sz w:val="18"/>
          </w:rPr>
          <w:t>MahamoudAtefDevs@gmail.com</w:t>
        </w:r>
      </w:hyperlink>
    </w:p>
    <w:p>
      <w:pPr>
        <w:pStyle w:val="CVContact"/>
      </w:pPr>
      <w:r>
        <w:rPr>
          <w:rFonts w:ascii="Calibri" w:hAnsi="Calibri" w:eastAsia="Calibri" w:cs="Calibri"/>
          <w:color w:val="5D6972"/>
          <w:sz w:val="18"/>
        </w:rPr>
        <w:t xml:space="preserve">GitHub: </w:t>
      </w:r>
      <w:hyperlink r:id="rId10">
        <w:r>
          <w:rPr>
            <w:rFonts w:ascii="Calibri" w:hAnsi="Calibri"/>
            <w:color w:val="334C65"/>
            <w:u w:val="single"/>
            <w:sz w:val="18"/>
          </w:rPr>
          <w:t>github.com/mahmoudatefdeveloper</w:t>
        </w:r>
      </w:hyperlink>
    </w:p>
    <w:p>
      <w:pPr>
        <w:pStyle w:val="CVSection"/>
      </w:pPr>
      <w:r>
        <w:rPr>
          <w:rFonts w:ascii="Calibri" w:hAnsi="Calibri" w:eastAsia="Calibri" w:cs="Calibri"/>
          <w:b/>
          <w:color w:val="1C2E40"/>
          <w:sz w:val="19"/>
        </w:rPr>
        <w:t>PROFESSIONAL SUMMARY</w:t>
      </w:r>
    </w:p>
    <w:p>
      <w:pPr>
        <w:pStyle w:val="CVBody"/>
      </w:pPr>
      <w:r>
        <w:rPr>
          <w:rFonts w:ascii="Calibri" w:hAnsi="Calibri" w:eastAsia="Calibri" w:cs="Calibri"/>
          <w:color w:val="26303B"/>
          <w:sz w:val="19"/>
        </w:rPr>
        <w:t>Web developer with a foundation in Python, Django and Flask and hands-on experience building websites and business landing pages. Now focusing on React and the JavaScript full-stack path. Created an AI-assisted, local-first restaurant POS project and bring business awareness from a Commerce degree and collaboration with marketing teams.</w:t>
      </w:r>
    </w:p>
    <w:p>
      <w:pPr>
        <w:pStyle w:val="CVSection"/>
      </w:pPr>
      <w:r>
        <w:rPr>
          <w:rFonts w:ascii="Calibri" w:hAnsi="Calibri" w:eastAsia="Calibri" w:cs="Calibri"/>
          <w:b/>
          <w:color w:val="1C2E40"/>
          <w:sz w:val="19"/>
        </w:rPr>
        <w:t>SELECTED PROJECTS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D4NGER-POS</w:t>
      </w:r>
      <w:r>
        <w:rPr>
          <w:rFonts w:ascii="Calibri" w:hAnsi="Calibri" w:eastAsia="Calibri" w:cs="Calibri"/>
          <w:color w:val="5D6972"/>
          <w:sz w:val="17"/>
        </w:rPr>
        <w:t xml:space="preserve">  |  AI-assisted personal software project</w:t>
      </w:r>
    </w:p>
    <w:p>
      <w:pPr>
        <w:pStyle w:val="CVBullet"/>
      </w:pPr>
      <w:r>
        <w:rPr>
          <w:rFonts w:ascii="Calibri" w:hAnsi="Calibri" w:eastAsia="Calibri" w:cs="Calibri"/>
          <w:color w:val="1C2E40"/>
          <w:sz w:val="19"/>
        </w:rPr>
        <w:t xml:space="preserve">•  </w:t>
      </w:r>
      <w:r>
        <w:rPr>
          <w:rFonts w:ascii="Calibri" w:hAnsi="Calibri" w:eastAsia="Calibri" w:cs="Calibri"/>
          <w:color w:val="26303B"/>
          <w:sz w:val="19"/>
        </w:rPr>
        <w:t>Built a local-first restaurant point-of-sale system covering order handling, checkout, held orders, cashier access, shifts, reports, refunds/voids and receipt workflows.</w:t>
      </w:r>
    </w:p>
    <w:p>
      <w:pPr>
        <w:pStyle w:val="CVBullet"/>
      </w:pPr>
      <w:r>
        <w:rPr>
          <w:rFonts w:ascii="Calibri" w:hAnsi="Calibri" w:eastAsia="Calibri" w:cs="Calibri"/>
          <w:color w:val="1C2E40"/>
          <w:sz w:val="19"/>
        </w:rPr>
        <w:t xml:space="preserve">•  </w:t>
      </w:r>
      <w:r>
        <w:rPr>
          <w:rFonts w:ascii="Calibri" w:hAnsi="Calibri" w:eastAsia="Calibri" w:cs="Calibri"/>
          <w:color w:val="26303B"/>
          <w:sz w:val="19"/>
        </w:rPr>
        <w:t>Worked with a React/Next.js frontend, TypeScript/Express API and SQLite data layer with AI support; gained exposure to transactional checkout, idempotency and receipt-printing reliability.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D4NGER Diploma</w:t>
      </w:r>
      <w:r>
        <w:rPr>
          <w:rFonts w:ascii="Calibri" w:hAnsi="Calibri" w:eastAsia="Calibri" w:cs="Calibri"/>
          <w:color w:val="5D6972"/>
          <w:sz w:val="17"/>
        </w:rPr>
        <w:t xml:space="preserve">  |  Programming course website</w:t>
      </w:r>
      <w:r>
        <w:rPr>
          <w:rFonts w:ascii="Calibri" w:hAnsi="Calibri" w:eastAsia="Calibri" w:cs="Calibri"/>
          <w:color w:val="5D6972"/>
          <w:sz w:val="17"/>
        </w:rPr>
        <w:t xml:space="preserve">  |  </w:t>
      </w:r>
      <w:hyperlink r:id="rId11">
        <w:r>
          <w:rPr>
            <w:rFonts w:ascii="Calibri" w:hAnsi="Calibri"/>
            <w:color w:val="334C65"/>
            <w:u w:val="single"/>
            <w:sz w:val="18"/>
          </w:rPr>
          <w:t>Website</w:t>
        </w:r>
      </w:hyperlink>
    </w:p>
    <w:p>
      <w:pPr>
        <w:pStyle w:val="CVProjectDesc"/>
      </w:pPr>
      <w:r>
        <w:rPr>
          <w:rFonts w:ascii="Calibri" w:hAnsi="Calibri" w:eastAsia="Calibri" w:cs="Calibri"/>
          <w:color w:val="26303B"/>
          <w:sz w:val="19"/>
        </w:rPr>
        <w:t>Created a course website organizing a lecture library, practice assignments and a learning roadmap.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Zamzam Tourism</w:t>
      </w:r>
      <w:r>
        <w:rPr>
          <w:rFonts w:ascii="Calibri" w:hAnsi="Calibri" w:eastAsia="Calibri" w:cs="Calibri"/>
          <w:color w:val="5D6972"/>
          <w:sz w:val="17"/>
        </w:rPr>
        <w:t xml:space="preserve">  |  Travel-business landing page</w:t>
      </w:r>
      <w:r>
        <w:rPr>
          <w:rFonts w:ascii="Calibri" w:hAnsi="Calibri" w:eastAsia="Calibri" w:cs="Calibri"/>
          <w:color w:val="5D6972"/>
          <w:sz w:val="17"/>
        </w:rPr>
        <w:t xml:space="preserve">  |  </w:t>
      </w:r>
      <w:hyperlink r:id="rId12">
        <w:r>
          <w:rPr>
            <w:rFonts w:ascii="Calibri" w:hAnsi="Calibri"/>
            <w:color w:val="334C65"/>
            <w:u w:val="single"/>
            <w:sz w:val="18"/>
          </w:rPr>
          <w:t>Website</w:t>
        </w:r>
      </w:hyperlink>
      <w:r>
        <w:rPr>
          <w:rFonts w:ascii="Calibri" w:hAnsi="Calibri" w:eastAsia="Calibri" w:cs="Calibri"/>
          <w:color w:val="5D6972"/>
          <w:sz w:val="17"/>
        </w:rPr>
        <w:t xml:space="preserve">  |  </w:t>
      </w:r>
      <w:hyperlink r:id="rId13">
        <w:r>
          <w:rPr>
            <w:rFonts w:ascii="Calibri" w:hAnsi="Calibri"/>
            <w:color w:val="334C65"/>
            <w:u w:val="single"/>
            <w:sz w:val="18"/>
          </w:rPr>
          <w:t>GitHub</w:t>
        </w:r>
      </w:hyperlink>
    </w:p>
    <w:p>
      <w:pPr>
        <w:pStyle w:val="CVProjectDesc"/>
      </w:pPr>
      <w:r>
        <w:rPr>
          <w:rFonts w:ascii="Calibri" w:hAnsi="Calibri" w:eastAsia="Calibri" w:cs="Calibri"/>
          <w:color w:val="26303B"/>
          <w:sz w:val="19"/>
        </w:rPr>
        <w:t>Developed an Arabic-language landing page presenting travel services and direct WhatsApp inquiry paths.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Abdullah Fekry Portfolio</w:t>
      </w:r>
      <w:r>
        <w:rPr>
          <w:rFonts w:ascii="Calibri" w:hAnsi="Calibri" w:eastAsia="Calibri" w:cs="Calibri"/>
          <w:color w:val="5D6972"/>
          <w:sz w:val="17"/>
        </w:rPr>
        <w:t xml:space="preserve">  |  Earlier front-end project</w:t>
      </w:r>
      <w:r>
        <w:rPr>
          <w:rFonts w:ascii="Calibri" w:hAnsi="Calibri" w:eastAsia="Calibri" w:cs="Calibri"/>
          <w:color w:val="5D6972"/>
          <w:sz w:val="17"/>
        </w:rPr>
        <w:t xml:space="preserve">  |  </w:t>
      </w:r>
      <w:hyperlink r:id="rId14">
        <w:r>
          <w:rPr>
            <w:rFonts w:ascii="Calibri" w:hAnsi="Calibri"/>
            <w:color w:val="334C65"/>
            <w:u w:val="single"/>
            <w:sz w:val="18"/>
          </w:rPr>
          <w:t>Website</w:t>
        </w:r>
      </w:hyperlink>
      <w:r>
        <w:rPr>
          <w:rFonts w:ascii="Calibri" w:hAnsi="Calibri" w:eastAsia="Calibri" w:cs="Calibri"/>
          <w:color w:val="5D6972"/>
          <w:sz w:val="17"/>
        </w:rPr>
        <w:t xml:space="preserve">  |  </w:t>
      </w:r>
      <w:hyperlink r:id="rId15">
        <w:r>
          <w:rPr>
            <w:rFonts w:ascii="Calibri" w:hAnsi="Calibri"/>
            <w:color w:val="334C65"/>
            <w:u w:val="single"/>
            <w:sz w:val="18"/>
          </w:rPr>
          <w:t>GitHub</w:t>
        </w:r>
      </w:hyperlink>
    </w:p>
    <w:p>
      <w:pPr>
        <w:pStyle w:val="CVProjectDesc"/>
      </w:pPr>
      <w:r>
        <w:rPr>
          <w:rFonts w:ascii="Calibri" w:hAnsi="Calibri" w:eastAsia="Calibri" w:cs="Calibri"/>
          <w:color w:val="26303B"/>
          <w:sz w:val="19"/>
        </w:rPr>
        <w:t>Built a personal portfolio website during the early stage of my web-development journey.</w:t>
      </w:r>
    </w:p>
    <w:p>
      <w:pPr>
        <w:pStyle w:val="CVSection"/>
      </w:pPr>
      <w:r>
        <w:rPr>
          <w:rFonts w:ascii="Calibri" w:hAnsi="Calibri" w:eastAsia="Calibri" w:cs="Calibri"/>
          <w:b/>
          <w:color w:val="1C2E40"/>
          <w:sz w:val="19"/>
        </w:rPr>
        <w:t>TECHNICAL BACKGROUND</w:t>
      </w:r>
    </w:p>
    <w:p>
      <w:pPr>
        <w:pStyle w:val="CVSkill"/>
      </w:pPr>
      <w:r>
        <w:rPr>
          <w:rFonts w:ascii="Calibri" w:hAnsi="Calibri" w:eastAsia="Calibri" w:cs="Calibri"/>
          <w:b/>
          <w:color w:val="1C2E40"/>
          <w:sz w:val="19"/>
        </w:rPr>
        <w:t xml:space="preserve">Web development:  </w:t>
      </w:r>
      <w:r>
        <w:rPr>
          <w:rFonts w:ascii="Calibri" w:hAnsi="Calibri" w:eastAsia="Calibri" w:cs="Calibri"/>
          <w:color w:val="26303B"/>
          <w:sz w:val="19"/>
        </w:rPr>
        <w:t>Python, Django, Flask, JavaScript, HTML, CSS, Bootstrap, Tailwind CSS</w:t>
      </w:r>
    </w:p>
    <w:p>
      <w:pPr>
        <w:pStyle w:val="CVSkill"/>
      </w:pPr>
      <w:r>
        <w:rPr>
          <w:rFonts w:ascii="Calibri" w:hAnsi="Calibri" w:eastAsia="Calibri" w:cs="Calibri"/>
          <w:b/>
          <w:color w:val="1C2E40"/>
          <w:sz w:val="19"/>
        </w:rPr>
        <w:t xml:space="preserve">Currently learning:  </w:t>
      </w:r>
      <w:r>
        <w:rPr>
          <w:rFonts w:ascii="Calibri" w:hAnsi="Calibri" w:eastAsia="Calibri" w:cs="Calibri"/>
          <w:color w:val="26303B"/>
          <w:sz w:val="19"/>
        </w:rPr>
        <w:t>React.js | Next.js and Node.js are next learning priorities</w:t>
      </w:r>
    </w:p>
    <w:p>
      <w:pPr>
        <w:pStyle w:val="CVSkill"/>
      </w:pPr>
      <w:r>
        <w:rPr>
          <w:rFonts w:ascii="Calibri" w:hAnsi="Calibri" w:eastAsia="Calibri" w:cs="Calibri"/>
          <w:b/>
          <w:color w:val="1C2E40"/>
          <w:sz w:val="19"/>
        </w:rPr>
        <w:t xml:space="preserve">Additional exposure:  </w:t>
      </w:r>
      <w:r>
        <w:rPr>
          <w:rFonts w:ascii="Calibri" w:hAnsi="Calibri" w:eastAsia="Calibri" w:cs="Calibri"/>
          <w:color w:val="26303B"/>
          <w:sz w:val="19"/>
        </w:rPr>
        <w:t>PHP, WordPress, Java, Dart</w:t>
      </w:r>
    </w:p>
    <w:p>
      <w:pPr>
        <w:pStyle w:val="CVSection"/>
      </w:pPr>
      <w:r>
        <w:rPr>
          <w:rFonts w:ascii="Calibri" w:hAnsi="Calibri" w:eastAsia="Calibri" w:cs="Calibri"/>
          <w:b/>
          <w:color w:val="1C2E40"/>
          <w:sz w:val="19"/>
        </w:rPr>
        <w:t>ADDITIONAL TRAINING &amp; EXPERIENCE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UP-Marketing Agency</w:t>
      </w:r>
      <w:r>
        <w:rPr>
          <w:rFonts w:ascii="Calibri" w:hAnsi="Calibri" w:eastAsia="Calibri" w:cs="Calibri"/>
          <w:color w:val="5D6972"/>
          <w:sz w:val="17"/>
        </w:rPr>
        <w:t xml:space="preserve">  |  Marketing &amp; creative-team training</w:t>
      </w:r>
    </w:p>
    <w:p>
      <w:pPr>
        <w:pStyle w:val="CVProjectDesc"/>
      </w:pPr>
      <w:r>
        <w:rPr>
          <w:rFonts w:ascii="Calibri" w:hAnsi="Calibri" w:eastAsia="Calibri" w:cs="Calibri"/>
          <w:color w:val="26303B"/>
          <w:sz w:val="19"/>
        </w:rPr>
        <w:t>Supported image, video and audio production tasks while learning about campaign workflows, marketing strategy and content calendars. Tools: Photoshop, Canva, Filmora X, CapCut, Adobe Premiere, FL Studio and RX9.</w:t>
      </w:r>
    </w:p>
    <w:p>
      <w:pPr>
        <w:pStyle w:val="CVProject"/>
      </w:pPr>
      <w:r>
        <w:rPr>
          <w:rFonts w:ascii="Calibri" w:hAnsi="Calibri" w:eastAsia="Calibri" w:cs="Calibri"/>
          <w:b/>
          <w:color w:val="1C2E40"/>
          <w:sz w:val="20"/>
        </w:rPr>
        <w:t>Student Activities</w:t>
      </w:r>
      <w:r>
        <w:rPr>
          <w:rFonts w:ascii="Calibri" w:hAnsi="Calibri" w:eastAsia="Calibri" w:cs="Calibri"/>
          <w:color w:val="5D6972"/>
          <w:sz w:val="17"/>
        </w:rPr>
        <w:t xml:space="preserve">  |  Marketing fundamentals &amp; team collaboration</w:t>
      </w:r>
    </w:p>
    <w:p>
      <w:pPr>
        <w:pStyle w:val="CVSection"/>
      </w:pPr>
      <w:r>
        <w:rPr>
          <w:rFonts w:ascii="Calibri" w:hAnsi="Calibri" w:eastAsia="Calibri" w:cs="Calibri"/>
          <w:b/>
          <w:color w:val="1C2E40"/>
          <w:sz w:val="19"/>
        </w:rPr>
        <w:t>EDUCATION &amp; LANGUAGES</w:t>
      </w:r>
    </w:p>
    <w:p>
      <w:pPr>
        <w:pStyle w:val="CVEducation"/>
      </w:pPr>
      <w:r>
        <w:rPr>
          <w:rFonts w:ascii="Calibri" w:hAnsi="Calibri" w:eastAsia="Calibri" w:cs="Calibri"/>
          <w:b/>
          <w:color w:val="1C2E40"/>
          <w:sz w:val="19"/>
        </w:rPr>
        <w:t>Al-Azhar University</w:t>
      </w:r>
      <w:r>
        <w:rPr>
          <w:rFonts w:ascii="Calibri" w:hAnsi="Calibri" w:eastAsia="Calibri" w:cs="Calibri"/>
          <w:color w:val="26303B"/>
          <w:sz w:val="19"/>
        </w:rPr>
        <w:t xml:space="preserve">  |  Bachelor of Commerce, English Section  |  Graduated 2026</w:t>
      </w:r>
    </w:p>
    <w:p>
      <w:pPr>
        <w:pStyle w:val="CVEducation"/>
      </w:pPr>
      <w:r>
        <w:rPr>
          <w:rFonts w:ascii="Calibri" w:hAnsi="Calibri" w:eastAsia="Calibri" w:cs="Calibri"/>
          <w:b/>
          <w:color w:val="1C2E40"/>
          <w:sz w:val="19"/>
        </w:rPr>
        <w:t xml:space="preserve">Languages:  </w:t>
      </w:r>
      <w:r>
        <w:rPr>
          <w:rFonts w:ascii="Calibri" w:hAnsi="Calibri" w:eastAsia="Calibri" w:cs="Calibri"/>
          <w:color w:val="26303B"/>
          <w:sz w:val="19"/>
        </w:rPr>
        <w:t>Arabic; English B1+-B2 (self-assessed)</w:t>
      </w:r>
    </w:p>
    <w:sectPr w:rsidR="00FC693F" w:rsidRPr="0006063C" w:rsidSect="00034616">
      <w:pgSz w:w="12240" w:h="15840"/>
      <w:pgMar w:top="835" w:right="1066" w:bottom="821" w:left="1066" w:header="374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color w:val="26303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Name"/>
    <w:pPr>
      <w:keepNext/>
      <w:spacing w:before="0" w:after="20" w:line="240" w:lineRule="auto"/>
    </w:pPr>
    <w:rPr>
      <w:rFonts w:ascii="Calibri" w:hAnsi="Calibri"/>
      <w:b/>
      <w:color w:val="1C2E40"/>
      <w:sz w:val="47"/>
    </w:rPr>
  </w:style>
  <w:style w:type="paragraph" w:customStyle="1" w:styleId="CVRole">
    <w:name w:val="CVRole"/>
    <w:pPr>
      <w:keepNext/>
      <w:spacing w:before="0" w:after="140" w:line="252" w:lineRule="auto"/>
    </w:pPr>
    <w:rPr>
      <w:rFonts w:ascii="Calibri" w:hAnsi="Calibri"/>
      <w:b w:val="0"/>
      <w:color w:val="5D6972"/>
      <w:sz w:val="22"/>
    </w:rPr>
  </w:style>
  <w:style w:type="paragraph" w:customStyle="1" w:styleId="CVContact">
    <w:name w:val="CVContact"/>
    <w:pPr>
      <w:keepNext/>
      <w:spacing w:before="0" w:after="60" w:line="259" w:lineRule="auto"/>
    </w:pPr>
    <w:rPr>
      <w:rFonts w:ascii="Calibri" w:hAnsi="Calibri"/>
      <w:b w:val="0"/>
      <w:color w:val="26303B"/>
      <w:sz w:val="18"/>
    </w:rPr>
  </w:style>
  <w:style w:type="paragraph" w:customStyle="1" w:styleId="CVSection">
    <w:name w:val="CVSection"/>
    <w:pPr>
      <w:keepNext/>
      <w:spacing w:before="200" w:after="80" w:line="240" w:lineRule="auto"/>
    </w:pPr>
    <w:rPr>
      <w:rFonts w:ascii="Calibri" w:hAnsi="Calibri"/>
      <w:b/>
      <w:color w:val="1C2E40"/>
      <w:sz w:val="19"/>
    </w:rPr>
  </w:style>
  <w:style w:type="paragraph" w:customStyle="1" w:styleId="CVBody">
    <w:name w:val="CVBody"/>
    <w:pPr>
      <w:keepNext w:val="0"/>
      <w:spacing w:before="0" w:after="56" w:line="266" w:lineRule="auto"/>
    </w:pPr>
    <w:rPr>
      <w:rFonts w:ascii="Calibri" w:hAnsi="Calibri"/>
      <w:b w:val="0"/>
      <w:color w:val="26303B"/>
      <w:sz w:val="19"/>
    </w:rPr>
  </w:style>
  <w:style w:type="paragraph" w:customStyle="1" w:styleId="CVProject">
    <w:name w:val="CVProject"/>
    <w:pPr>
      <w:keepNext/>
      <w:spacing w:before="104" w:after="44" w:line="254" w:lineRule="auto"/>
    </w:pPr>
    <w:rPr>
      <w:rFonts w:ascii="Calibri" w:hAnsi="Calibri"/>
      <w:b/>
      <w:color w:val="1C2E40"/>
      <w:sz w:val="20"/>
    </w:rPr>
  </w:style>
  <w:style w:type="paragraph" w:customStyle="1" w:styleId="CVProjectDesc">
    <w:name w:val="CVProjectDesc"/>
    <w:pPr>
      <w:keepNext w:val="0"/>
      <w:spacing w:before="0" w:after="52" w:line="266" w:lineRule="auto"/>
    </w:pPr>
    <w:rPr>
      <w:rFonts w:ascii="Calibri" w:hAnsi="Calibri"/>
      <w:b w:val="0"/>
      <w:color w:val="26303B"/>
      <w:sz w:val="19"/>
    </w:rPr>
  </w:style>
  <w:style w:type="paragraph" w:customStyle="1" w:styleId="CVBullet">
    <w:name w:val="CVBullet"/>
    <w:pPr>
      <w:keepNext w:val="0"/>
      <w:spacing w:before="0" w:after="20" w:line="259" w:lineRule="auto"/>
    </w:pPr>
    <w:rPr>
      <w:rFonts w:ascii="Calibri" w:hAnsi="Calibri"/>
      <w:b w:val="0"/>
      <w:color w:val="26303B"/>
      <w:sz w:val="19"/>
    </w:rPr>
  </w:style>
  <w:style w:type="paragraph" w:customStyle="1" w:styleId="CVSkill">
    <w:name w:val="CVSkill"/>
    <w:pPr>
      <w:keepNext w:val="0"/>
      <w:spacing w:before="0" w:after="38" w:line="259" w:lineRule="auto"/>
    </w:pPr>
    <w:rPr>
      <w:rFonts w:ascii="Calibri" w:hAnsi="Calibri"/>
      <w:b w:val="0"/>
      <w:color w:val="26303B"/>
      <w:sz w:val="19"/>
    </w:rPr>
  </w:style>
  <w:style w:type="paragraph" w:customStyle="1" w:styleId="CVEducation">
    <w:name w:val="CVEducation"/>
    <w:pPr>
      <w:keepNext w:val="0"/>
      <w:spacing w:before="0" w:after="36" w:line="254" w:lineRule="auto"/>
    </w:pPr>
    <w:rPr>
      <w:rFonts w:ascii="Calibri" w:hAnsi="Calibri"/>
      <w:b w:val="0"/>
      <w:color w:val="26303B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hamoudAtefDevs@gmail.com" TargetMode="External"/><Relationship Id="rId10" Type="http://schemas.openxmlformats.org/officeDocument/2006/relationships/hyperlink" Target="https://github.com/mahmoudatefdeveloper" TargetMode="External"/><Relationship Id="rId11" Type="http://schemas.openxmlformats.org/officeDocument/2006/relationships/hyperlink" Target="https://d4nger-diploma.site/" TargetMode="External"/><Relationship Id="rId12" Type="http://schemas.openxmlformats.org/officeDocument/2006/relationships/hyperlink" Target="https://mahmoudatefdeveloper.github.io/zamzam/" TargetMode="External"/><Relationship Id="rId13" Type="http://schemas.openxmlformats.org/officeDocument/2006/relationships/hyperlink" Target="https://github.com/mahmoudatefdeveloper/zamzam" TargetMode="External"/><Relationship Id="rId14" Type="http://schemas.openxmlformats.org/officeDocument/2006/relationships/hyperlink" Target="https://mahmoudatefdeveloper.github.io/Abdullah-Fekry-1/" TargetMode="External"/><Relationship Id="rId15" Type="http://schemas.openxmlformats.org/officeDocument/2006/relationships/hyperlink" Target="https://github.com/mahmoudatefdeveloper/Abdullah-Fekry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Mahmoud Atef - Web Developer CV</dc:title>
  <dc:subject>Software Development Resume</dc:subject>
  <dc:creator>Mahmoud Atef</dc:creator>
  <cp:keywords>Web Developer, Full-Stack, Python, Django, Flask, JavaScript, React, POS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